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בעלי חיים נודדים בעקבות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לנדידה בסוואנה ולנדידת ציפורים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פעולות אדם משפיעות על 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השלוליות מתייבשות והעשב 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חופרים באפיק הנחל היבש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נמצאת על נתיב נדידה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הפילה המבוגרת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אחד אוכל חלק שונה של העשב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הציפורים עוצרות שם לשתות ולאכול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בעלי החיים יתקשו להגיע למים ולמזון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שבעונה היבשה השלוליות והאגמים הקטנים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שפילים זוכרים היטב את הדרכים אל מקורות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הציפורים זקוקות לתחנות דלק כדי לשתות לאכול ולנוח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מצהיב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מיון: עוזר או מקשה על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(עוזר לנדידה)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(עוזר לנדידה)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שבעלי חיים וציפורים תלויים במקורות מים טבעיים כדי לשרוד ולנדוד, ושפגיעה בהם פוגעת במערכת האקולוגית 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תציע פתרון כמו מעבר מתחת לכביש או גשר מעל הכביש לבעלי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תסביר שפחות גשם פוגע בעשב, מה שפוגע באוכלי העשב, וכך גם בטורפים שלהם - כל המערכת האקולוגית מושפעת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העונה היבשה והתייבשות מקורות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דוגמה נכונה מהרשימה שנלמדה, כמו שמורת טבע לעומת 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מיקומה של ישראל על נתיב נדידה חשוב בין 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לאן הייתם הולכים אם היה חסר לכם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להיעזר במפת עולם או אטלס בזמן 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המיון אפשר לעבוד בזוגות ולדון בכל פריט לפני ההחלטה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בטבע, בעלי חיים רבים נודדים למרחקים ארוכים כדי למצוא מים ומזון. בדף זה נלמד על נדידת הפילים והגנו בסוואנה האפריקאית ועל נדידת הציפורים דרך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עדרים בסוואנה יוצאים לנדוד?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השלוליות מתייבשות והעשב מצהיב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רוצים לראות מקומות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פילים כשאין מים על פני הקרקע?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 עד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שותים מים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חופרים באפיק הנחל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לבני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ישראל חשובה לציפורים נודדות?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 הרבה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נמצאת על נתיב נדידה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ציפורים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רחוקה מאפריקה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כי היא קרובה לים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עדר הפילים בדרך 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הפיל הצעיר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הפילה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הם הולכים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גנו וזברות נודדים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מפחדים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אחד אוכל חלק שונה של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זברות לא יודעות ללכת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הטקסט משווה אגמים וביצות ל'תחנות דלק' לציפורים?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בהם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מתדלקים שם מטוסים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הציפורים עוצרות שם לשתות ולאכול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ציפורים שותות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יכול לקרות אם בונים גדר ארוכה לרוחב מסלול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החיים יתקשו להגיע למים ולמזון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החיים יגיעו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יקרה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יירד יותר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בעונה היבשה בסוואנה השלוליות מתייבשות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לעולם אינם זוכרים את הדרך 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על אחד מנתיבי הנדידה החשובים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לא צריכות לעצור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גנו וזברות נודדים יחד כי אוכלים חלקים שונים של העשב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באזורים כמו הסוואנה יש עונה גשומה ועונה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הפילה ה__________ מובילה את העדר ויודעת לאן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ציפורים נודדות צריכות תחנות __________ בדרך כדי לשתות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גנו וזברות נודדים ב__________ עצומים בין טנזניה לקניה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השלוליות מתייבשות והעשב __________, בעלי החיים יוצאים לנדוד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מיון: עוזר או מקשה על הנדידה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גדר ארוכה לרוחב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ייבוש של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מקשה על הנדידה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 על ביצות ואגמים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שמורת טבע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מקשה על הנדידה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כביש עמוס בלי מעברים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מתחת לכביש לבעלי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מקשה על הנדידה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שבני אדם ישמרו על מקורות מים בטבע ולא רק במים שבבית?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הייתם מתכננים כביש חדש ליד שמורת טבע, איך הייתם דואגים שבעלי החיים יוכלו להמשיך לעבור?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שינוי בדפוסי הגשם בסוואנה יכול להשפיע על בעלי חיים וצמחים רבים, לא רק על הגנו. השתמשו במושג מערכת אקולוגית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לבעלי חיים בסוואנה לצאת לנדוד?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שעוזר לנדידה ואחד שמקשה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ישראל חשובה לציפורים נודדות?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בעלי החיים מחפשים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