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בעלי החיים מחפשים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בעלי חיים נודדים בעקבות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לנדידה בסוואנה ולנדידת ציפורים דרך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פעולות אדם משפיעות על מסלולי 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השלוליות מתייבשות והעשב מצהיב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חופרים באפיק הנחל היבש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נמצאת על נתיב נדידה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– הבנה מעמיקה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שבעונה היבשה השלוליות והאגמים הקטנים מתייבשים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שפילים זוכרים היטב את הדרכים אל מקורות המים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מיון: עוזר או מקשה על הנדידה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(מקשה על הנדידה)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(מקשה על הנדידה)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 לנדידה)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(עוזר לנדידה)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שבעלי חיים וציפורים תלויים במקורות מים טבעיים כדי לשרוד ולנדוד, ושפגיעה בהם פוגעת במערכת האקולוגית כולה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העונה היבשה והתייבשות מקורות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דוגמה נכונה מהרשימה שנלמדה, כמו שמורת טבע לעומת גדר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את מיקומה של ישראל על נתיב נדידה חשוב בין אירופה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לאן הייתם הולכים אם היה חסר לכם מים?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להיעזר במפת עולם או אטלס בזמן משימת המפה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המיון אפשר לעבוד בזוגות ולדון בכל פריט לפני ההחלטה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בעלי החיים מחפשים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בטבע, בעלי חיים רבים נודדים למרחקים ארוכים כדי למצוא מים ומזון. בדף זה נלמד על נדידת הפילים והגנו בסוואנה האפריקאית ועל נדידת הציפורים דרך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יבשה  ·  מבוגרת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עדרים בסוואנה יוצאים לנדוד?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קר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השלוליות מתייבשות והעשב מצהיב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הם רוצים לראות מקומות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פילים כשאין מים על פני הקרקע?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ישנים עד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שותים מים 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חופרים באפיק הנחל היבש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ישראל חשובה לציפורים נודדות?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בה הרבה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נמצאת על נתיב נדידה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בה ציפורים אחרות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בעונה היבשה בסוואנה השלוליות מתייבשות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פילים לעולם אינם זוכרים את הדרך למים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באזורים כמו הסוואנה יש עונה גשומה ועונה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הפילה ה__________ מובילה את העדר ויודעת לאן ללכת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מיון: עוזר או מקשה על הנדידה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גדר ארוכה לרוחב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עוזר לנדידה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ייבוש של אגם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עוזר לנדידה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שמירה על ביצות ואגמים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מקשה על הנדידה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שמורת טבע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מקשה על הנדידה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שבני אדם ישמרו על מקורות מים בטבע ולא רק במים שבבית?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גורם לבעלי חיים בסוואנה לצאת לנדוד?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לדבר שעוזר לנדידה ואחד שמקשה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בעלי החיים מחפשים 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